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55E71" w14:textId="7B4B5088" w:rsidR="0FA839BE" w:rsidRPr="00F51C88" w:rsidRDefault="0FA839BE" w:rsidP="47DFBF17">
      <w:pPr>
        <w:spacing w:after="100"/>
        <w:jc w:val="right"/>
        <w:rPr>
          <w:rFonts w:ascii="Times New Roman" w:hAnsi="Times New Roman" w:cs="Times New Roman"/>
          <w:sz w:val="24"/>
          <w:szCs w:val="24"/>
        </w:rPr>
      </w:pPr>
      <w:r w:rsidRPr="00F51C88">
        <w:rPr>
          <w:rFonts w:ascii="Times New Roman" w:eastAsia="Arial" w:hAnsi="Times New Roman" w:cs="Times New Roman"/>
          <w:b/>
          <w:bCs/>
          <w:color w:val="016857"/>
          <w:sz w:val="24"/>
          <w:szCs w:val="24"/>
        </w:rPr>
        <w:t>Me</w:t>
      </w:r>
      <w:r w:rsidR="00E241BE" w:rsidRPr="00F51C88">
        <w:rPr>
          <w:rFonts w:ascii="Times New Roman" w:eastAsia="Arial" w:hAnsi="Times New Roman" w:cs="Times New Roman"/>
          <w:b/>
          <w:bCs/>
          <w:color w:val="016857"/>
          <w:sz w:val="24"/>
          <w:szCs w:val="24"/>
        </w:rPr>
        <w:t>ntal</w:t>
      </w:r>
      <w:r w:rsidRPr="00F51C88">
        <w:rPr>
          <w:rFonts w:ascii="Times New Roman" w:eastAsia="Arial" w:hAnsi="Times New Roman" w:cs="Times New Roman"/>
          <w:b/>
          <w:bCs/>
          <w:color w:val="016857"/>
          <w:sz w:val="24"/>
          <w:szCs w:val="24"/>
        </w:rPr>
        <w:t xml:space="preserve"> Health Service – Dublin Midlands</w:t>
      </w:r>
    </w:p>
    <w:p w14:paraId="0BC14B61" w14:textId="4DEC7EBF" w:rsidR="0FA839BE" w:rsidRPr="00F51C88" w:rsidRDefault="0FA839BE" w:rsidP="47DFBF17">
      <w:pPr>
        <w:spacing w:after="60"/>
        <w:jc w:val="right"/>
        <w:rPr>
          <w:rFonts w:ascii="Times New Roman" w:hAnsi="Times New Roman" w:cs="Times New Roman"/>
          <w:sz w:val="24"/>
          <w:szCs w:val="24"/>
        </w:rPr>
      </w:pPr>
      <w:r w:rsidRPr="00F51C88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St Loman’s Campus, Delvin Road, Mullingar, Co. Westmeath. </w:t>
      </w:r>
    </w:p>
    <w:p w14:paraId="19C6B28A" w14:textId="2CB7A39E" w:rsidR="0FA839BE" w:rsidRPr="00F51C88" w:rsidRDefault="0FA839BE" w:rsidP="47DFBF17">
      <w:pPr>
        <w:spacing w:after="60"/>
        <w:jc w:val="right"/>
        <w:rPr>
          <w:rFonts w:ascii="Times New Roman" w:hAnsi="Times New Roman" w:cs="Times New Roman"/>
          <w:sz w:val="24"/>
          <w:szCs w:val="24"/>
        </w:rPr>
      </w:pPr>
      <w:r w:rsidRPr="00F51C88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N91 N4XC</w:t>
      </w:r>
    </w:p>
    <w:p w14:paraId="443013AF" w14:textId="037009A1" w:rsidR="00950E20" w:rsidRPr="00F51C88" w:rsidRDefault="50EC2ADA" w:rsidP="00950E20">
      <w:pPr>
        <w:pStyle w:val="Title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51C88">
        <w:rPr>
          <w:rFonts w:ascii="Times New Roman" w:hAnsi="Times New Roman" w:cs="Times New Roman"/>
          <w:b/>
          <w:bCs/>
          <w:sz w:val="24"/>
          <w:szCs w:val="24"/>
        </w:rPr>
        <w:t>NCHD Job Application Form,</w:t>
      </w:r>
    </w:p>
    <w:p w14:paraId="7C89F59F" w14:textId="019B76FA" w:rsidR="0066538B" w:rsidRPr="00F51C88" w:rsidRDefault="50EC2ADA" w:rsidP="00950E20">
      <w:pPr>
        <w:pStyle w:val="Title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51C88">
        <w:rPr>
          <w:rFonts w:ascii="Times New Roman" w:hAnsi="Times New Roman" w:cs="Times New Roman"/>
          <w:b/>
          <w:bCs/>
          <w:sz w:val="24"/>
          <w:szCs w:val="24"/>
        </w:rPr>
        <w:t>Longford/Westmeath Mental Health Service</w:t>
      </w:r>
    </w:p>
    <w:p w14:paraId="4C9DAC0F" w14:textId="77777777" w:rsidR="0066538B" w:rsidRDefault="47DFBF17" w:rsidP="47DFBF17">
      <w:pPr>
        <w:pStyle w:val="Heading1"/>
        <w:rPr>
          <w:color w:val="364714"/>
        </w:rPr>
      </w:pPr>
      <w:r w:rsidRPr="47DFBF17">
        <w:rPr>
          <w:color w:val="1F497D" w:themeColor="text2"/>
        </w:rPr>
        <w:t>Personal Details</w:t>
      </w:r>
    </w:p>
    <w:p w14:paraId="503B9BF6" w14:textId="0D3A05D4" w:rsidR="0066538B" w:rsidRDefault="00862A7A">
      <w:r>
        <w:t xml:space="preserve">Full Name: </w:t>
      </w:r>
    </w:p>
    <w:p w14:paraId="2952E315" w14:textId="05FE5542" w:rsidR="0066538B" w:rsidRDefault="00862A7A">
      <w:r>
        <w:t xml:space="preserve">Address: </w:t>
      </w:r>
    </w:p>
    <w:p w14:paraId="45C2D8D4" w14:textId="09198425" w:rsidR="00813C54" w:rsidRDefault="00862A7A">
      <w:r>
        <w:t xml:space="preserve">Phone: </w:t>
      </w:r>
    </w:p>
    <w:p w14:paraId="07858AD6" w14:textId="32EF37A4" w:rsidR="0066538B" w:rsidRDefault="00862A7A">
      <w:r>
        <w:t xml:space="preserve">Email: </w:t>
      </w:r>
    </w:p>
    <w:p w14:paraId="0E4D125E" w14:textId="1E364AE6" w:rsidR="0066538B" w:rsidRDefault="00862A7A">
      <w:r>
        <w:t xml:space="preserve">Date of Birth: </w:t>
      </w:r>
    </w:p>
    <w:p w14:paraId="54B0802B" w14:textId="77777777" w:rsidR="0066538B" w:rsidRDefault="00862A7A">
      <w:pPr>
        <w:pStyle w:val="Heading1"/>
      </w:pPr>
      <w:r>
        <w:t>Eligibility to Work in Ireland</w:t>
      </w:r>
    </w:p>
    <w:p w14:paraId="038B3BB6" w14:textId="134EA463" w:rsidR="0066538B" w:rsidRDefault="00862A7A">
      <w:r>
        <w:t>Work Permit Status: ☐ Irish Citizen ☐ EU/EEA ☐ Stamp 1 ☐ Stamp 1G ☐ Stamp 4 ☐ CSEP ☐ Other ______</w:t>
      </w:r>
      <w:r w:rsidR="00F51C88">
        <w:t>__________</w:t>
      </w:r>
    </w:p>
    <w:p w14:paraId="0D7DA237" w14:textId="77777777" w:rsidR="0066538B" w:rsidRDefault="00862A7A">
      <w:r>
        <w:t>Permit Expiry Date: __________________</w:t>
      </w:r>
    </w:p>
    <w:p w14:paraId="2EC5835C" w14:textId="77777777" w:rsidR="0066538B" w:rsidRDefault="00862A7A">
      <w:r>
        <w:t>Require Sponsorship: ☐ Yes ☐ No</w:t>
      </w:r>
    </w:p>
    <w:p w14:paraId="348870CD" w14:textId="77777777" w:rsidR="0066538B" w:rsidRDefault="00862A7A">
      <w:pPr>
        <w:pStyle w:val="Heading1"/>
      </w:pPr>
      <w:r>
        <w:t>Professional Registration</w:t>
      </w:r>
    </w:p>
    <w:p w14:paraId="0BDAAC6E" w14:textId="77777777" w:rsidR="0066538B" w:rsidRDefault="00862A7A">
      <w:r>
        <w:t>IMC Registration Number: __________________</w:t>
      </w:r>
    </w:p>
    <w:p w14:paraId="71680139" w14:textId="2DA9B510" w:rsidR="0066538B" w:rsidRPr="00813C54" w:rsidRDefault="00862A7A">
      <w:pPr>
        <w:rPr>
          <w:color w:val="31849B" w:themeColor="accent5" w:themeShade="BF"/>
        </w:rPr>
      </w:pPr>
      <w:r>
        <w:t>Registration Division: ______</w:t>
      </w:r>
      <w:r>
        <w:t>____________</w:t>
      </w:r>
    </w:p>
    <w:p w14:paraId="4846A914" w14:textId="59D14B5E" w:rsidR="00813C54" w:rsidRPr="00CA4444" w:rsidRDefault="00813C54">
      <w:pPr>
        <w:rPr>
          <w:rFonts w:ascii="Aptos" w:hAnsi="Aptos" w:cs="Calibri"/>
          <w:b/>
          <w:bCs/>
          <w:color w:val="365F91" w:themeColor="accent1" w:themeShade="BF"/>
        </w:rPr>
      </w:pPr>
      <w:r w:rsidRPr="00CA4444">
        <w:rPr>
          <w:rFonts w:ascii="Aptos" w:hAnsi="Aptos" w:cs="Calibri"/>
          <w:b/>
          <w:bCs/>
          <w:color w:val="365F91" w:themeColor="accent1" w:themeShade="BF"/>
        </w:rPr>
        <w:t>ENGLISH LANGUAGE PROFICIENCY REQUIREMENTS</w:t>
      </w:r>
    </w:p>
    <w:p w14:paraId="3DFD7718" w14:textId="3954304C" w:rsidR="00813C54" w:rsidRDefault="00813C54">
      <w:r w:rsidRPr="006635E2">
        <w:rPr>
          <w:rFonts w:ascii="Aptos" w:hAnsi="Aptos" w:cs="Calibri"/>
        </w:rPr>
        <w:t>IELTS or OET</w:t>
      </w:r>
      <w:r>
        <w:rPr>
          <w:rFonts w:ascii="Aptos" w:hAnsi="Aptos" w:cs="Calibri"/>
        </w:rPr>
        <w:tab/>
        <w:t xml:space="preserve"> </w:t>
      </w:r>
      <w:r>
        <w:t>☐ Yes ☐ No</w:t>
      </w:r>
    </w:p>
    <w:p w14:paraId="060E0BC1" w14:textId="1B61CC2E" w:rsidR="00813C54" w:rsidRDefault="00813C54">
      <w:r>
        <w:t>Comments: ______________________________________</w:t>
      </w:r>
    </w:p>
    <w:p w14:paraId="2B459E13" w14:textId="77777777" w:rsidR="0066538B" w:rsidRDefault="00862A7A">
      <w:pPr>
        <w:pStyle w:val="Heading1"/>
      </w:pPr>
      <w:r>
        <w:t>Driving Status</w:t>
      </w:r>
    </w:p>
    <w:p w14:paraId="7BA8B34F" w14:textId="77777777" w:rsidR="0066538B" w:rsidRDefault="00862A7A">
      <w:r>
        <w:t>F</w:t>
      </w:r>
      <w:r>
        <w:t xml:space="preserve">ull Driving </w:t>
      </w:r>
      <w:proofErr w:type="spellStart"/>
      <w:r>
        <w:t>Licence</w:t>
      </w:r>
      <w:proofErr w:type="spellEnd"/>
      <w:r>
        <w:t>: ☐ Yes ☐ No</w:t>
      </w:r>
    </w:p>
    <w:p w14:paraId="652F44DC" w14:textId="32F409A3" w:rsidR="0066538B" w:rsidRDefault="00862A7A">
      <w:r>
        <w:t>Country of Issue: __________________</w:t>
      </w:r>
      <w:r w:rsidR="00CA4444">
        <w:t>__________</w:t>
      </w:r>
    </w:p>
    <w:p w14:paraId="340F6326" w14:textId="77777777" w:rsidR="0066538B" w:rsidRDefault="00862A7A">
      <w:r>
        <w:t>Own Transport: ☐ Yes ☐ No</w:t>
      </w:r>
    </w:p>
    <w:p w14:paraId="78D46C61" w14:textId="43557C95" w:rsidR="0066538B" w:rsidRDefault="00862A7A">
      <w:pPr>
        <w:pStyle w:val="Heading1"/>
      </w:pPr>
      <w:r>
        <w:lastRenderedPageBreak/>
        <w:t>Previous Psychiatry Experience</w:t>
      </w:r>
      <w:r w:rsidR="00813C54">
        <w:t xml:space="preserve"> (Please state if Adult/CAMHS/Other)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29"/>
        <w:gridCol w:w="1658"/>
        <w:gridCol w:w="1654"/>
        <w:gridCol w:w="1629"/>
        <w:gridCol w:w="1660"/>
      </w:tblGrid>
      <w:tr w:rsidR="0066538B" w14:paraId="62ABD51B" w14:textId="77777777" w:rsidTr="00813C54">
        <w:tc>
          <w:tcPr>
            <w:tcW w:w="2029" w:type="dxa"/>
          </w:tcPr>
          <w:p w14:paraId="03546729" w14:textId="77777777" w:rsidR="0066538B" w:rsidRDefault="00862A7A">
            <w:r>
              <w:t>Hospital/Employer</w:t>
            </w:r>
          </w:p>
        </w:tc>
        <w:tc>
          <w:tcPr>
            <w:tcW w:w="1658" w:type="dxa"/>
          </w:tcPr>
          <w:p w14:paraId="1D2B207C" w14:textId="77777777" w:rsidR="0066538B" w:rsidRDefault="00862A7A">
            <w:r>
              <w:t>Location</w:t>
            </w:r>
          </w:p>
        </w:tc>
        <w:tc>
          <w:tcPr>
            <w:tcW w:w="1654" w:type="dxa"/>
          </w:tcPr>
          <w:p w14:paraId="5EF8972E" w14:textId="77777777" w:rsidR="0066538B" w:rsidRDefault="00862A7A">
            <w:r>
              <w:t>Position</w:t>
            </w:r>
          </w:p>
        </w:tc>
        <w:tc>
          <w:tcPr>
            <w:tcW w:w="1629" w:type="dxa"/>
          </w:tcPr>
          <w:p w14:paraId="405005C2" w14:textId="77777777" w:rsidR="0066538B" w:rsidRDefault="00862A7A">
            <w:r>
              <w:t>Dates</w:t>
            </w:r>
          </w:p>
        </w:tc>
        <w:tc>
          <w:tcPr>
            <w:tcW w:w="1660" w:type="dxa"/>
          </w:tcPr>
          <w:p w14:paraId="07ED5907" w14:textId="37C497F4" w:rsidR="0066538B" w:rsidRDefault="00862A7A">
            <w:r>
              <w:t>Duration</w:t>
            </w:r>
            <w:r w:rsidR="00813C54">
              <w:t xml:space="preserve"> in months </w:t>
            </w:r>
          </w:p>
        </w:tc>
      </w:tr>
      <w:tr w:rsidR="0066538B" w14:paraId="672A6659" w14:textId="77777777" w:rsidTr="00813C54">
        <w:tc>
          <w:tcPr>
            <w:tcW w:w="2029" w:type="dxa"/>
          </w:tcPr>
          <w:p w14:paraId="0A37501D" w14:textId="77777777" w:rsidR="0066538B" w:rsidRDefault="0066538B"/>
        </w:tc>
        <w:tc>
          <w:tcPr>
            <w:tcW w:w="1658" w:type="dxa"/>
          </w:tcPr>
          <w:p w14:paraId="5DAB6C7B" w14:textId="77777777" w:rsidR="0066538B" w:rsidRDefault="0066538B"/>
        </w:tc>
        <w:tc>
          <w:tcPr>
            <w:tcW w:w="1654" w:type="dxa"/>
          </w:tcPr>
          <w:p w14:paraId="02EB378F" w14:textId="77777777" w:rsidR="0066538B" w:rsidRDefault="0066538B"/>
        </w:tc>
        <w:tc>
          <w:tcPr>
            <w:tcW w:w="1629" w:type="dxa"/>
          </w:tcPr>
          <w:p w14:paraId="6A05A809" w14:textId="77777777" w:rsidR="0066538B" w:rsidRDefault="0066538B"/>
        </w:tc>
        <w:tc>
          <w:tcPr>
            <w:tcW w:w="1660" w:type="dxa"/>
          </w:tcPr>
          <w:p w14:paraId="5A39BBE3" w14:textId="77777777" w:rsidR="0066538B" w:rsidRDefault="0066538B"/>
        </w:tc>
      </w:tr>
      <w:tr w:rsidR="0066538B" w14:paraId="41C8F396" w14:textId="77777777" w:rsidTr="00813C54">
        <w:tc>
          <w:tcPr>
            <w:tcW w:w="2029" w:type="dxa"/>
          </w:tcPr>
          <w:p w14:paraId="72A3D3EC" w14:textId="77777777" w:rsidR="0066538B" w:rsidRDefault="0066538B"/>
        </w:tc>
        <w:tc>
          <w:tcPr>
            <w:tcW w:w="1658" w:type="dxa"/>
          </w:tcPr>
          <w:p w14:paraId="0D0B940D" w14:textId="77777777" w:rsidR="0066538B" w:rsidRDefault="0066538B"/>
        </w:tc>
        <w:tc>
          <w:tcPr>
            <w:tcW w:w="1654" w:type="dxa"/>
          </w:tcPr>
          <w:p w14:paraId="0E27B00A" w14:textId="77777777" w:rsidR="0066538B" w:rsidRDefault="0066538B"/>
        </w:tc>
        <w:tc>
          <w:tcPr>
            <w:tcW w:w="1629" w:type="dxa"/>
          </w:tcPr>
          <w:p w14:paraId="60061E4C" w14:textId="77777777" w:rsidR="0066538B" w:rsidRDefault="0066538B"/>
        </w:tc>
        <w:tc>
          <w:tcPr>
            <w:tcW w:w="1660" w:type="dxa"/>
          </w:tcPr>
          <w:p w14:paraId="44EAFD9C" w14:textId="77777777" w:rsidR="0066538B" w:rsidRDefault="0066538B"/>
        </w:tc>
      </w:tr>
      <w:tr w:rsidR="00813C54" w14:paraId="7FD222C6" w14:textId="77777777" w:rsidTr="00813C54">
        <w:tc>
          <w:tcPr>
            <w:tcW w:w="2029" w:type="dxa"/>
          </w:tcPr>
          <w:p w14:paraId="6D24C329" w14:textId="77777777" w:rsidR="00813C54" w:rsidRDefault="00813C54"/>
        </w:tc>
        <w:tc>
          <w:tcPr>
            <w:tcW w:w="1658" w:type="dxa"/>
          </w:tcPr>
          <w:p w14:paraId="365FE7A4" w14:textId="77777777" w:rsidR="00813C54" w:rsidRDefault="00813C54"/>
        </w:tc>
        <w:tc>
          <w:tcPr>
            <w:tcW w:w="1654" w:type="dxa"/>
          </w:tcPr>
          <w:p w14:paraId="18466036" w14:textId="77777777" w:rsidR="00813C54" w:rsidRDefault="00813C54"/>
        </w:tc>
        <w:tc>
          <w:tcPr>
            <w:tcW w:w="1629" w:type="dxa"/>
          </w:tcPr>
          <w:p w14:paraId="5EE5C517" w14:textId="77777777" w:rsidR="00813C54" w:rsidRDefault="00813C54"/>
        </w:tc>
        <w:tc>
          <w:tcPr>
            <w:tcW w:w="1660" w:type="dxa"/>
          </w:tcPr>
          <w:p w14:paraId="2FC6FC84" w14:textId="77777777" w:rsidR="00813C54" w:rsidRDefault="00813C54"/>
        </w:tc>
      </w:tr>
      <w:tr w:rsidR="00813C54" w14:paraId="0D083192" w14:textId="77777777" w:rsidTr="00813C54">
        <w:tc>
          <w:tcPr>
            <w:tcW w:w="2029" w:type="dxa"/>
          </w:tcPr>
          <w:p w14:paraId="5EF16E12" w14:textId="77777777" w:rsidR="00813C54" w:rsidRDefault="00813C54"/>
        </w:tc>
        <w:tc>
          <w:tcPr>
            <w:tcW w:w="1658" w:type="dxa"/>
          </w:tcPr>
          <w:p w14:paraId="6F189602" w14:textId="77777777" w:rsidR="00813C54" w:rsidRDefault="00813C54"/>
        </w:tc>
        <w:tc>
          <w:tcPr>
            <w:tcW w:w="1654" w:type="dxa"/>
          </w:tcPr>
          <w:p w14:paraId="1D3FB307" w14:textId="77777777" w:rsidR="00813C54" w:rsidRDefault="00813C54"/>
        </w:tc>
        <w:tc>
          <w:tcPr>
            <w:tcW w:w="1629" w:type="dxa"/>
          </w:tcPr>
          <w:p w14:paraId="2FC3E764" w14:textId="77777777" w:rsidR="00813C54" w:rsidRDefault="00813C54"/>
        </w:tc>
        <w:tc>
          <w:tcPr>
            <w:tcW w:w="1660" w:type="dxa"/>
          </w:tcPr>
          <w:p w14:paraId="0990A4A0" w14:textId="77777777" w:rsidR="00813C54" w:rsidRDefault="00813C54"/>
        </w:tc>
      </w:tr>
      <w:tr w:rsidR="00813C54" w14:paraId="59D07AC7" w14:textId="77777777" w:rsidTr="00813C54">
        <w:tc>
          <w:tcPr>
            <w:tcW w:w="2029" w:type="dxa"/>
          </w:tcPr>
          <w:p w14:paraId="372C4EC6" w14:textId="77777777" w:rsidR="00813C54" w:rsidRDefault="00813C54"/>
        </w:tc>
        <w:tc>
          <w:tcPr>
            <w:tcW w:w="1658" w:type="dxa"/>
          </w:tcPr>
          <w:p w14:paraId="39D6C54A" w14:textId="77777777" w:rsidR="00813C54" w:rsidRDefault="00813C54"/>
        </w:tc>
        <w:tc>
          <w:tcPr>
            <w:tcW w:w="1654" w:type="dxa"/>
          </w:tcPr>
          <w:p w14:paraId="7F5B8D08" w14:textId="77777777" w:rsidR="00813C54" w:rsidRDefault="00813C54"/>
        </w:tc>
        <w:tc>
          <w:tcPr>
            <w:tcW w:w="1629" w:type="dxa"/>
          </w:tcPr>
          <w:p w14:paraId="763E7459" w14:textId="77777777" w:rsidR="00813C54" w:rsidRDefault="00813C54"/>
        </w:tc>
        <w:tc>
          <w:tcPr>
            <w:tcW w:w="1660" w:type="dxa"/>
          </w:tcPr>
          <w:p w14:paraId="550271B1" w14:textId="77777777" w:rsidR="00813C54" w:rsidRDefault="00813C54"/>
        </w:tc>
      </w:tr>
      <w:tr w:rsidR="00813C54" w14:paraId="2E4F8CE0" w14:textId="77777777" w:rsidTr="00813C54">
        <w:tc>
          <w:tcPr>
            <w:tcW w:w="2029" w:type="dxa"/>
          </w:tcPr>
          <w:p w14:paraId="2E02F837" w14:textId="77777777" w:rsidR="00813C54" w:rsidRDefault="00813C54"/>
        </w:tc>
        <w:tc>
          <w:tcPr>
            <w:tcW w:w="1658" w:type="dxa"/>
          </w:tcPr>
          <w:p w14:paraId="42F91A3E" w14:textId="77777777" w:rsidR="00813C54" w:rsidRDefault="00813C54"/>
        </w:tc>
        <w:tc>
          <w:tcPr>
            <w:tcW w:w="1654" w:type="dxa"/>
          </w:tcPr>
          <w:p w14:paraId="69708234" w14:textId="77777777" w:rsidR="00813C54" w:rsidRDefault="00813C54"/>
        </w:tc>
        <w:tc>
          <w:tcPr>
            <w:tcW w:w="1629" w:type="dxa"/>
          </w:tcPr>
          <w:p w14:paraId="1C400240" w14:textId="77777777" w:rsidR="00813C54" w:rsidRDefault="00813C54"/>
        </w:tc>
        <w:tc>
          <w:tcPr>
            <w:tcW w:w="1660" w:type="dxa"/>
          </w:tcPr>
          <w:p w14:paraId="5EA3004E" w14:textId="77777777" w:rsidR="00813C54" w:rsidRDefault="00813C54"/>
        </w:tc>
      </w:tr>
      <w:tr w:rsidR="0066538B" w14:paraId="4B94D5A5" w14:textId="77777777" w:rsidTr="00813C54">
        <w:tc>
          <w:tcPr>
            <w:tcW w:w="2029" w:type="dxa"/>
          </w:tcPr>
          <w:p w14:paraId="3DEEC669" w14:textId="77777777" w:rsidR="0066538B" w:rsidRDefault="0066538B"/>
        </w:tc>
        <w:tc>
          <w:tcPr>
            <w:tcW w:w="1658" w:type="dxa"/>
          </w:tcPr>
          <w:p w14:paraId="3656B9AB" w14:textId="77777777" w:rsidR="0066538B" w:rsidRDefault="0066538B"/>
        </w:tc>
        <w:tc>
          <w:tcPr>
            <w:tcW w:w="1654" w:type="dxa"/>
          </w:tcPr>
          <w:p w14:paraId="45FB0818" w14:textId="77777777" w:rsidR="0066538B" w:rsidRDefault="0066538B"/>
        </w:tc>
        <w:tc>
          <w:tcPr>
            <w:tcW w:w="1629" w:type="dxa"/>
          </w:tcPr>
          <w:p w14:paraId="049F31CB" w14:textId="77777777" w:rsidR="0066538B" w:rsidRDefault="0066538B"/>
        </w:tc>
        <w:tc>
          <w:tcPr>
            <w:tcW w:w="1660" w:type="dxa"/>
          </w:tcPr>
          <w:p w14:paraId="53128261" w14:textId="77777777" w:rsidR="0066538B" w:rsidRDefault="0066538B"/>
        </w:tc>
      </w:tr>
      <w:tr w:rsidR="00813C54" w14:paraId="792C2D86" w14:textId="77777777" w:rsidTr="00813C54">
        <w:tc>
          <w:tcPr>
            <w:tcW w:w="2029" w:type="dxa"/>
          </w:tcPr>
          <w:p w14:paraId="54BBF1BC" w14:textId="77777777" w:rsidR="00813C54" w:rsidRDefault="00813C54"/>
        </w:tc>
        <w:tc>
          <w:tcPr>
            <w:tcW w:w="1658" w:type="dxa"/>
          </w:tcPr>
          <w:p w14:paraId="49358B45" w14:textId="77777777" w:rsidR="00813C54" w:rsidRDefault="00813C54"/>
        </w:tc>
        <w:tc>
          <w:tcPr>
            <w:tcW w:w="1654" w:type="dxa"/>
          </w:tcPr>
          <w:p w14:paraId="262CA4F8" w14:textId="77777777" w:rsidR="00813C54" w:rsidRDefault="00813C54"/>
        </w:tc>
        <w:tc>
          <w:tcPr>
            <w:tcW w:w="1629" w:type="dxa"/>
          </w:tcPr>
          <w:p w14:paraId="19C17BD6" w14:textId="77777777" w:rsidR="00813C54" w:rsidRDefault="00813C54"/>
        </w:tc>
        <w:tc>
          <w:tcPr>
            <w:tcW w:w="1660" w:type="dxa"/>
          </w:tcPr>
          <w:p w14:paraId="2EB88DFF" w14:textId="77777777" w:rsidR="00813C54" w:rsidRDefault="00813C54"/>
        </w:tc>
      </w:tr>
    </w:tbl>
    <w:p w14:paraId="33470686" w14:textId="4F8D90FA" w:rsidR="00813C54" w:rsidRDefault="00813C54">
      <w:pPr>
        <w:pStyle w:val="Heading1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Total: __________</w:t>
      </w:r>
    </w:p>
    <w:p w14:paraId="1837AD5B" w14:textId="2EDB6F3B" w:rsidR="0066538B" w:rsidRDefault="00862A7A">
      <w:pPr>
        <w:pStyle w:val="Heading1"/>
      </w:pPr>
      <w:r>
        <w:t>Employment History</w:t>
      </w:r>
      <w:r w:rsidR="00950E20"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57"/>
        <w:gridCol w:w="2158"/>
        <w:gridCol w:w="2158"/>
        <w:gridCol w:w="2157"/>
      </w:tblGrid>
      <w:tr w:rsidR="0066538B" w14:paraId="25EF0EAE" w14:textId="77777777" w:rsidTr="00B30DB6">
        <w:tc>
          <w:tcPr>
            <w:tcW w:w="2157" w:type="dxa"/>
          </w:tcPr>
          <w:p w14:paraId="41930566" w14:textId="77777777" w:rsidR="0066538B" w:rsidRDefault="00862A7A">
            <w:r>
              <w:t>Employer</w:t>
            </w:r>
          </w:p>
        </w:tc>
        <w:tc>
          <w:tcPr>
            <w:tcW w:w="2158" w:type="dxa"/>
          </w:tcPr>
          <w:p w14:paraId="45315AB3" w14:textId="77777777" w:rsidR="0066538B" w:rsidRDefault="00862A7A">
            <w:r>
              <w:t>Position</w:t>
            </w:r>
          </w:p>
        </w:tc>
        <w:tc>
          <w:tcPr>
            <w:tcW w:w="2158" w:type="dxa"/>
          </w:tcPr>
          <w:p w14:paraId="54395E17" w14:textId="77777777" w:rsidR="0066538B" w:rsidRDefault="00862A7A">
            <w:r>
              <w:t>Location</w:t>
            </w:r>
          </w:p>
        </w:tc>
        <w:tc>
          <w:tcPr>
            <w:tcW w:w="2157" w:type="dxa"/>
          </w:tcPr>
          <w:p w14:paraId="12340282" w14:textId="77777777" w:rsidR="0066538B" w:rsidRDefault="00862A7A">
            <w:r>
              <w:t>Dates</w:t>
            </w:r>
          </w:p>
        </w:tc>
      </w:tr>
      <w:tr w:rsidR="0066538B" w14:paraId="62486C05" w14:textId="77777777" w:rsidTr="00B30DB6">
        <w:tc>
          <w:tcPr>
            <w:tcW w:w="2157" w:type="dxa"/>
          </w:tcPr>
          <w:p w14:paraId="4101652C" w14:textId="77777777" w:rsidR="0066538B" w:rsidRDefault="0066538B"/>
        </w:tc>
        <w:tc>
          <w:tcPr>
            <w:tcW w:w="2158" w:type="dxa"/>
          </w:tcPr>
          <w:p w14:paraId="4B99056E" w14:textId="77777777" w:rsidR="0066538B" w:rsidRDefault="0066538B"/>
        </w:tc>
        <w:tc>
          <w:tcPr>
            <w:tcW w:w="2158" w:type="dxa"/>
          </w:tcPr>
          <w:p w14:paraId="1299C43A" w14:textId="77777777" w:rsidR="0066538B" w:rsidRDefault="0066538B"/>
        </w:tc>
        <w:tc>
          <w:tcPr>
            <w:tcW w:w="2157" w:type="dxa"/>
          </w:tcPr>
          <w:p w14:paraId="4DDBEF00" w14:textId="77777777" w:rsidR="0066538B" w:rsidRDefault="0066538B"/>
        </w:tc>
      </w:tr>
      <w:tr w:rsidR="00B30DB6" w14:paraId="19E9D34A" w14:textId="77777777" w:rsidTr="00B30DB6">
        <w:tc>
          <w:tcPr>
            <w:tcW w:w="2157" w:type="dxa"/>
          </w:tcPr>
          <w:p w14:paraId="0AF7F018" w14:textId="77777777" w:rsidR="00B30DB6" w:rsidRDefault="00B30DB6"/>
        </w:tc>
        <w:tc>
          <w:tcPr>
            <w:tcW w:w="2158" w:type="dxa"/>
          </w:tcPr>
          <w:p w14:paraId="64C27453" w14:textId="77777777" w:rsidR="00B30DB6" w:rsidRDefault="00B30DB6"/>
        </w:tc>
        <w:tc>
          <w:tcPr>
            <w:tcW w:w="2158" w:type="dxa"/>
          </w:tcPr>
          <w:p w14:paraId="12F5896B" w14:textId="77777777" w:rsidR="00B30DB6" w:rsidRDefault="00B30DB6"/>
        </w:tc>
        <w:tc>
          <w:tcPr>
            <w:tcW w:w="2157" w:type="dxa"/>
          </w:tcPr>
          <w:p w14:paraId="70A58B9C" w14:textId="77777777" w:rsidR="00B30DB6" w:rsidRDefault="00B30DB6"/>
        </w:tc>
      </w:tr>
      <w:tr w:rsidR="0066538B" w14:paraId="3461D779" w14:textId="77777777" w:rsidTr="00B30DB6">
        <w:tc>
          <w:tcPr>
            <w:tcW w:w="2157" w:type="dxa"/>
          </w:tcPr>
          <w:p w14:paraId="3CF2D8B6" w14:textId="77777777" w:rsidR="0066538B" w:rsidRDefault="0066538B"/>
        </w:tc>
        <w:tc>
          <w:tcPr>
            <w:tcW w:w="2158" w:type="dxa"/>
          </w:tcPr>
          <w:p w14:paraId="0FB78278" w14:textId="77777777" w:rsidR="0066538B" w:rsidRDefault="0066538B"/>
        </w:tc>
        <w:tc>
          <w:tcPr>
            <w:tcW w:w="2158" w:type="dxa"/>
          </w:tcPr>
          <w:p w14:paraId="1FC39945" w14:textId="77777777" w:rsidR="0066538B" w:rsidRDefault="0066538B"/>
        </w:tc>
        <w:tc>
          <w:tcPr>
            <w:tcW w:w="2157" w:type="dxa"/>
          </w:tcPr>
          <w:p w14:paraId="0562CB0E" w14:textId="77777777" w:rsidR="0066538B" w:rsidRDefault="0066538B"/>
        </w:tc>
      </w:tr>
      <w:tr w:rsidR="00813C54" w14:paraId="16E39183" w14:textId="77777777" w:rsidTr="00B30DB6">
        <w:tc>
          <w:tcPr>
            <w:tcW w:w="2157" w:type="dxa"/>
          </w:tcPr>
          <w:p w14:paraId="13E54392" w14:textId="77777777" w:rsidR="00813C54" w:rsidRDefault="00813C54"/>
        </w:tc>
        <w:tc>
          <w:tcPr>
            <w:tcW w:w="2158" w:type="dxa"/>
          </w:tcPr>
          <w:p w14:paraId="5D5DE43F" w14:textId="77777777" w:rsidR="00813C54" w:rsidRDefault="00813C54"/>
        </w:tc>
        <w:tc>
          <w:tcPr>
            <w:tcW w:w="2158" w:type="dxa"/>
          </w:tcPr>
          <w:p w14:paraId="760A252B" w14:textId="77777777" w:rsidR="00813C54" w:rsidRDefault="00813C54"/>
        </w:tc>
        <w:tc>
          <w:tcPr>
            <w:tcW w:w="2157" w:type="dxa"/>
          </w:tcPr>
          <w:p w14:paraId="7E40CC1E" w14:textId="77777777" w:rsidR="00813C54" w:rsidRDefault="00813C54"/>
        </w:tc>
      </w:tr>
      <w:tr w:rsidR="00813C54" w14:paraId="0D27E75E" w14:textId="77777777" w:rsidTr="00B30DB6">
        <w:tc>
          <w:tcPr>
            <w:tcW w:w="2157" w:type="dxa"/>
          </w:tcPr>
          <w:p w14:paraId="335216BF" w14:textId="77777777" w:rsidR="00813C54" w:rsidRDefault="00813C54"/>
        </w:tc>
        <w:tc>
          <w:tcPr>
            <w:tcW w:w="2158" w:type="dxa"/>
          </w:tcPr>
          <w:p w14:paraId="6F3F7427" w14:textId="77777777" w:rsidR="00813C54" w:rsidRDefault="00813C54"/>
        </w:tc>
        <w:tc>
          <w:tcPr>
            <w:tcW w:w="2158" w:type="dxa"/>
          </w:tcPr>
          <w:p w14:paraId="7057E30B" w14:textId="77777777" w:rsidR="00813C54" w:rsidRDefault="00813C54"/>
        </w:tc>
        <w:tc>
          <w:tcPr>
            <w:tcW w:w="2157" w:type="dxa"/>
          </w:tcPr>
          <w:p w14:paraId="76AE05F8" w14:textId="77777777" w:rsidR="00813C54" w:rsidRDefault="00813C54"/>
        </w:tc>
      </w:tr>
      <w:tr w:rsidR="00813C54" w14:paraId="5F1A77FE" w14:textId="77777777" w:rsidTr="00B30DB6">
        <w:tc>
          <w:tcPr>
            <w:tcW w:w="2157" w:type="dxa"/>
          </w:tcPr>
          <w:p w14:paraId="4DF2BC9F" w14:textId="77777777" w:rsidR="00813C54" w:rsidRDefault="00813C54"/>
        </w:tc>
        <w:tc>
          <w:tcPr>
            <w:tcW w:w="2158" w:type="dxa"/>
          </w:tcPr>
          <w:p w14:paraId="743AEC7C" w14:textId="77777777" w:rsidR="00813C54" w:rsidRDefault="00813C54"/>
        </w:tc>
        <w:tc>
          <w:tcPr>
            <w:tcW w:w="2158" w:type="dxa"/>
          </w:tcPr>
          <w:p w14:paraId="138F5141" w14:textId="77777777" w:rsidR="00813C54" w:rsidRDefault="00813C54"/>
        </w:tc>
        <w:tc>
          <w:tcPr>
            <w:tcW w:w="2157" w:type="dxa"/>
          </w:tcPr>
          <w:p w14:paraId="7C2CD5FE" w14:textId="77777777" w:rsidR="00813C54" w:rsidRDefault="00813C54"/>
        </w:tc>
      </w:tr>
      <w:tr w:rsidR="00813C54" w14:paraId="171B068D" w14:textId="77777777" w:rsidTr="00B30DB6">
        <w:tc>
          <w:tcPr>
            <w:tcW w:w="2157" w:type="dxa"/>
          </w:tcPr>
          <w:p w14:paraId="157A3BE5" w14:textId="77777777" w:rsidR="00813C54" w:rsidRDefault="00813C54"/>
        </w:tc>
        <w:tc>
          <w:tcPr>
            <w:tcW w:w="2158" w:type="dxa"/>
          </w:tcPr>
          <w:p w14:paraId="0D5873E5" w14:textId="77777777" w:rsidR="00813C54" w:rsidRDefault="00813C54"/>
        </w:tc>
        <w:tc>
          <w:tcPr>
            <w:tcW w:w="2158" w:type="dxa"/>
          </w:tcPr>
          <w:p w14:paraId="1562D868" w14:textId="77777777" w:rsidR="00813C54" w:rsidRDefault="00813C54"/>
        </w:tc>
        <w:tc>
          <w:tcPr>
            <w:tcW w:w="2157" w:type="dxa"/>
          </w:tcPr>
          <w:p w14:paraId="0C14DAD0" w14:textId="77777777" w:rsidR="00813C54" w:rsidRDefault="00813C54"/>
        </w:tc>
      </w:tr>
      <w:tr w:rsidR="00813C54" w14:paraId="2C3FF4A9" w14:textId="77777777" w:rsidTr="00B30DB6">
        <w:tc>
          <w:tcPr>
            <w:tcW w:w="2157" w:type="dxa"/>
          </w:tcPr>
          <w:p w14:paraId="02D7106A" w14:textId="77777777" w:rsidR="00813C54" w:rsidRDefault="00813C54"/>
        </w:tc>
        <w:tc>
          <w:tcPr>
            <w:tcW w:w="2158" w:type="dxa"/>
          </w:tcPr>
          <w:p w14:paraId="0F9D6709" w14:textId="77777777" w:rsidR="00813C54" w:rsidRDefault="00813C54"/>
        </w:tc>
        <w:tc>
          <w:tcPr>
            <w:tcW w:w="2158" w:type="dxa"/>
          </w:tcPr>
          <w:p w14:paraId="2486846A" w14:textId="77777777" w:rsidR="00813C54" w:rsidRDefault="00813C54"/>
        </w:tc>
        <w:tc>
          <w:tcPr>
            <w:tcW w:w="2157" w:type="dxa"/>
          </w:tcPr>
          <w:p w14:paraId="57928D34" w14:textId="77777777" w:rsidR="00813C54" w:rsidRDefault="00813C54"/>
        </w:tc>
      </w:tr>
      <w:tr w:rsidR="0066538B" w14:paraId="34CE0A41" w14:textId="77777777" w:rsidTr="00B30DB6">
        <w:tc>
          <w:tcPr>
            <w:tcW w:w="2157" w:type="dxa"/>
          </w:tcPr>
          <w:p w14:paraId="62EBF3C5" w14:textId="77777777" w:rsidR="0066538B" w:rsidRDefault="0066538B"/>
        </w:tc>
        <w:tc>
          <w:tcPr>
            <w:tcW w:w="2158" w:type="dxa"/>
          </w:tcPr>
          <w:p w14:paraId="6D98A12B" w14:textId="77777777" w:rsidR="0066538B" w:rsidRDefault="0066538B"/>
        </w:tc>
        <w:tc>
          <w:tcPr>
            <w:tcW w:w="2158" w:type="dxa"/>
          </w:tcPr>
          <w:p w14:paraId="2946DB82" w14:textId="77777777" w:rsidR="0066538B" w:rsidRDefault="0066538B"/>
        </w:tc>
        <w:tc>
          <w:tcPr>
            <w:tcW w:w="2157" w:type="dxa"/>
          </w:tcPr>
          <w:p w14:paraId="5997CC1D" w14:textId="77777777" w:rsidR="0066538B" w:rsidRDefault="0066538B"/>
        </w:tc>
      </w:tr>
    </w:tbl>
    <w:p w14:paraId="69D0C959" w14:textId="77777777" w:rsidR="0066538B" w:rsidRDefault="00862A7A">
      <w:pPr>
        <w:pStyle w:val="Heading1"/>
      </w:pPr>
      <w:r>
        <w:t>Education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7"/>
        <w:gridCol w:w="2877"/>
        <w:gridCol w:w="2876"/>
      </w:tblGrid>
      <w:tr w:rsidR="0066538B" w14:paraId="6867132B" w14:textId="77777777" w:rsidTr="00B30DB6">
        <w:tc>
          <w:tcPr>
            <w:tcW w:w="2877" w:type="dxa"/>
          </w:tcPr>
          <w:p w14:paraId="14084DAF" w14:textId="77777777" w:rsidR="0066538B" w:rsidRDefault="00862A7A">
            <w:r>
              <w:t>Qualification</w:t>
            </w:r>
          </w:p>
        </w:tc>
        <w:tc>
          <w:tcPr>
            <w:tcW w:w="2877" w:type="dxa"/>
          </w:tcPr>
          <w:p w14:paraId="68FDF56C" w14:textId="77777777" w:rsidR="0066538B" w:rsidRDefault="00862A7A">
            <w:r>
              <w:t>Institution</w:t>
            </w:r>
          </w:p>
        </w:tc>
        <w:tc>
          <w:tcPr>
            <w:tcW w:w="2876" w:type="dxa"/>
          </w:tcPr>
          <w:p w14:paraId="3C72651D" w14:textId="77777777" w:rsidR="0066538B" w:rsidRDefault="00862A7A">
            <w:r>
              <w:t>Year</w:t>
            </w:r>
          </w:p>
        </w:tc>
      </w:tr>
      <w:tr w:rsidR="0066538B" w14:paraId="110FFD37" w14:textId="77777777" w:rsidTr="00B30DB6">
        <w:tc>
          <w:tcPr>
            <w:tcW w:w="2877" w:type="dxa"/>
          </w:tcPr>
          <w:p w14:paraId="6B699379" w14:textId="77777777" w:rsidR="0066538B" w:rsidRDefault="0066538B"/>
        </w:tc>
        <w:tc>
          <w:tcPr>
            <w:tcW w:w="2877" w:type="dxa"/>
          </w:tcPr>
          <w:p w14:paraId="3FE9F23F" w14:textId="77777777" w:rsidR="0066538B" w:rsidRDefault="0066538B"/>
        </w:tc>
        <w:tc>
          <w:tcPr>
            <w:tcW w:w="2876" w:type="dxa"/>
          </w:tcPr>
          <w:p w14:paraId="1F72F646" w14:textId="77777777" w:rsidR="0066538B" w:rsidRDefault="0066538B"/>
        </w:tc>
      </w:tr>
      <w:tr w:rsidR="0066538B" w14:paraId="08CE6F91" w14:textId="77777777" w:rsidTr="00B30DB6">
        <w:tc>
          <w:tcPr>
            <w:tcW w:w="2877" w:type="dxa"/>
          </w:tcPr>
          <w:p w14:paraId="61CDCEAD" w14:textId="77777777" w:rsidR="0066538B" w:rsidRDefault="0066538B"/>
        </w:tc>
        <w:tc>
          <w:tcPr>
            <w:tcW w:w="2877" w:type="dxa"/>
          </w:tcPr>
          <w:p w14:paraId="6BB9E253" w14:textId="77777777" w:rsidR="0066538B" w:rsidRDefault="0066538B"/>
        </w:tc>
        <w:tc>
          <w:tcPr>
            <w:tcW w:w="2876" w:type="dxa"/>
          </w:tcPr>
          <w:p w14:paraId="23DE523C" w14:textId="77777777" w:rsidR="0066538B" w:rsidRDefault="0066538B"/>
        </w:tc>
      </w:tr>
      <w:tr w:rsidR="00B30DB6" w14:paraId="34BDD4C9" w14:textId="77777777" w:rsidTr="00B30DB6">
        <w:tc>
          <w:tcPr>
            <w:tcW w:w="2877" w:type="dxa"/>
          </w:tcPr>
          <w:p w14:paraId="4D220F10" w14:textId="77777777" w:rsidR="00B30DB6" w:rsidRDefault="00B30DB6"/>
        </w:tc>
        <w:tc>
          <w:tcPr>
            <w:tcW w:w="2877" w:type="dxa"/>
          </w:tcPr>
          <w:p w14:paraId="2EA8C5FC" w14:textId="77777777" w:rsidR="00B30DB6" w:rsidRDefault="00B30DB6"/>
        </w:tc>
        <w:tc>
          <w:tcPr>
            <w:tcW w:w="2876" w:type="dxa"/>
          </w:tcPr>
          <w:p w14:paraId="1BC020FA" w14:textId="77777777" w:rsidR="00B30DB6" w:rsidRDefault="00B30DB6"/>
        </w:tc>
      </w:tr>
      <w:tr w:rsidR="0066538B" w14:paraId="52E56223" w14:textId="77777777" w:rsidTr="00B30DB6">
        <w:tc>
          <w:tcPr>
            <w:tcW w:w="2877" w:type="dxa"/>
          </w:tcPr>
          <w:p w14:paraId="07547A01" w14:textId="77777777" w:rsidR="0066538B" w:rsidRDefault="0066538B"/>
        </w:tc>
        <w:tc>
          <w:tcPr>
            <w:tcW w:w="2877" w:type="dxa"/>
          </w:tcPr>
          <w:p w14:paraId="5043CB0F" w14:textId="77777777" w:rsidR="0066538B" w:rsidRDefault="0066538B"/>
        </w:tc>
        <w:tc>
          <w:tcPr>
            <w:tcW w:w="2876" w:type="dxa"/>
          </w:tcPr>
          <w:p w14:paraId="07459315" w14:textId="77777777" w:rsidR="0066538B" w:rsidRDefault="0066538B"/>
        </w:tc>
      </w:tr>
      <w:tr w:rsidR="00813C54" w14:paraId="0BD47713" w14:textId="77777777" w:rsidTr="00B30DB6">
        <w:tc>
          <w:tcPr>
            <w:tcW w:w="2877" w:type="dxa"/>
          </w:tcPr>
          <w:p w14:paraId="729A81B8" w14:textId="77777777" w:rsidR="00813C54" w:rsidRDefault="00813C54"/>
        </w:tc>
        <w:tc>
          <w:tcPr>
            <w:tcW w:w="2877" w:type="dxa"/>
          </w:tcPr>
          <w:p w14:paraId="2C6F554C" w14:textId="77777777" w:rsidR="00813C54" w:rsidRDefault="00813C54"/>
        </w:tc>
        <w:tc>
          <w:tcPr>
            <w:tcW w:w="2876" w:type="dxa"/>
          </w:tcPr>
          <w:p w14:paraId="46281C5A" w14:textId="77777777" w:rsidR="00813C54" w:rsidRDefault="00813C54"/>
        </w:tc>
      </w:tr>
      <w:tr w:rsidR="00813C54" w14:paraId="40D74817" w14:textId="77777777" w:rsidTr="00B30DB6">
        <w:tc>
          <w:tcPr>
            <w:tcW w:w="2877" w:type="dxa"/>
          </w:tcPr>
          <w:p w14:paraId="70E8C73A" w14:textId="77777777" w:rsidR="00813C54" w:rsidRDefault="00813C54"/>
        </w:tc>
        <w:tc>
          <w:tcPr>
            <w:tcW w:w="2877" w:type="dxa"/>
          </w:tcPr>
          <w:p w14:paraId="2D2FE62C" w14:textId="77777777" w:rsidR="00813C54" w:rsidRDefault="00813C54"/>
        </w:tc>
        <w:tc>
          <w:tcPr>
            <w:tcW w:w="2876" w:type="dxa"/>
          </w:tcPr>
          <w:p w14:paraId="219DE141" w14:textId="77777777" w:rsidR="00813C54" w:rsidRDefault="00813C54"/>
        </w:tc>
      </w:tr>
      <w:tr w:rsidR="00813C54" w14:paraId="15F01D98" w14:textId="77777777" w:rsidTr="00B30DB6">
        <w:tc>
          <w:tcPr>
            <w:tcW w:w="2877" w:type="dxa"/>
          </w:tcPr>
          <w:p w14:paraId="1DF56D27" w14:textId="77777777" w:rsidR="00813C54" w:rsidRDefault="00813C54"/>
        </w:tc>
        <w:tc>
          <w:tcPr>
            <w:tcW w:w="2877" w:type="dxa"/>
          </w:tcPr>
          <w:p w14:paraId="6B693FFD" w14:textId="77777777" w:rsidR="00813C54" w:rsidRDefault="00813C54"/>
        </w:tc>
        <w:tc>
          <w:tcPr>
            <w:tcW w:w="2876" w:type="dxa"/>
          </w:tcPr>
          <w:p w14:paraId="3FC8D069" w14:textId="77777777" w:rsidR="00813C54" w:rsidRDefault="00813C54"/>
        </w:tc>
      </w:tr>
    </w:tbl>
    <w:p w14:paraId="43406018" w14:textId="77777777" w:rsidR="0066538B" w:rsidRDefault="00862A7A">
      <w:pPr>
        <w:pStyle w:val="Heading1"/>
      </w:pPr>
      <w:r>
        <w:t>Professional Examinations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7"/>
        <w:gridCol w:w="2876"/>
        <w:gridCol w:w="2877"/>
      </w:tblGrid>
      <w:tr w:rsidR="0066538B" w14:paraId="65EA0884" w14:textId="77777777" w:rsidTr="00B30DB6">
        <w:tc>
          <w:tcPr>
            <w:tcW w:w="2877" w:type="dxa"/>
          </w:tcPr>
          <w:p w14:paraId="502B941D" w14:textId="77777777" w:rsidR="0066538B" w:rsidRDefault="00862A7A">
            <w:r>
              <w:t>Examination</w:t>
            </w:r>
          </w:p>
        </w:tc>
        <w:tc>
          <w:tcPr>
            <w:tcW w:w="2876" w:type="dxa"/>
          </w:tcPr>
          <w:p w14:paraId="6422776E" w14:textId="77777777" w:rsidR="0066538B" w:rsidRDefault="00862A7A">
            <w:r>
              <w:t>Awarding Body</w:t>
            </w:r>
          </w:p>
        </w:tc>
        <w:tc>
          <w:tcPr>
            <w:tcW w:w="2877" w:type="dxa"/>
          </w:tcPr>
          <w:p w14:paraId="6B03DF56" w14:textId="77777777" w:rsidR="0066538B" w:rsidRDefault="00862A7A">
            <w:r>
              <w:t>Date Completed</w:t>
            </w:r>
          </w:p>
        </w:tc>
      </w:tr>
      <w:tr w:rsidR="0066538B" w14:paraId="6537F28F" w14:textId="77777777" w:rsidTr="00B30DB6">
        <w:tc>
          <w:tcPr>
            <w:tcW w:w="2877" w:type="dxa"/>
          </w:tcPr>
          <w:p w14:paraId="6DFB9E20" w14:textId="77777777" w:rsidR="0066538B" w:rsidRDefault="0066538B"/>
        </w:tc>
        <w:tc>
          <w:tcPr>
            <w:tcW w:w="2876" w:type="dxa"/>
          </w:tcPr>
          <w:p w14:paraId="70DF9E56" w14:textId="77777777" w:rsidR="0066538B" w:rsidRDefault="0066538B"/>
        </w:tc>
        <w:tc>
          <w:tcPr>
            <w:tcW w:w="2877" w:type="dxa"/>
          </w:tcPr>
          <w:p w14:paraId="44E871BC" w14:textId="77777777" w:rsidR="0066538B" w:rsidRDefault="0066538B"/>
        </w:tc>
      </w:tr>
      <w:tr w:rsidR="00B30DB6" w14:paraId="2422A23F" w14:textId="77777777" w:rsidTr="00B30DB6">
        <w:tc>
          <w:tcPr>
            <w:tcW w:w="2877" w:type="dxa"/>
          </w:tcPr>
          <w:p w14:paraId="3B23B246" w14:textId="77777777" w:rsidR="00B30DB6" w:rsidRDefault="00B30DB6"/>
        </w:tc>
        <w:tc>
          <w:tcPr>
            <w:tcW w:w="2876" w:type="dxa"/>
          </w:tcPr>
          <w:p w14:paraId="637B0E28" w14:textId="77777777" w:rsidR="00B30DB6" w:rsidRDefault="00B30DB6"/>
        </w:tc>
        <w:tc>
          <w:tcPr>
            <w:tcW w:w="2877" w:type="dxa"/>
          </w:tcPr>
          <w:p w14:paraId="02DAEF80" w14:textId="77777777" w:rsidR="00B30DB6" w:rsidRDefault="00B30DB6"/>
        </w:tc>
      </w:tr>
      <w:tr w:rsidR="0066538B" w14:paraId="144A5D23" w14:textId="77777777" w:rsidTr="00B30DB6">
        <w:tc>
          <w:tcPr>
            <w:tcW w:w="2877" w:type="dxa"/>
          </w:tcPr>
          <w:p w14:paraId="738610EB" w14:textId="77777777" w:rsidR="0066538B" w:rsidRDefault="0066538B"/>
        </w:tc>
        <w:tc>
          <w:tcPr>
            <w:tcW w:w="2876" w:type="dxa"/>
          </w:tcPr>
          <w:p w14:paraId="637805D2" w14:textId="77777777" w:rsidR="0066538B" w:rsidRDefault="0066538B"/>
        </w:tc>
        <w:tc>
          <w:tcPr>
            <w:tcW w:w="2877" w:type="dxa"/>
          </w:tcPr>
          <w:p w14:paraId="463F29E8" w14:textId="77777777" w:rsidR="0066538B" w:rsidRDefault="0066538B"/>
        </w:tc>
      </w:tr>
      <w:tr w:rsidR="0066538B" w14:paraId="3B7B4B86" w14:textId="77777777" w:rsidTr="00B30DB6">
        <w:tc>
          <w:tcPr>
            <w:tcW w:w="2877" w:type="dxa"/>
          </w:tcPr>
          <w:p w14:paraId="3A0FF5F2" w14:textId="77777777" w:rsidR="0066538B" w:rsidRDefault="0066538B"/>
        </w:tc>
        <w:tc>
          <w:tcPr>
            <w:tcW w:w="2876" w:type="dxa"/>
          </w:tcPr>
          <w:p w14:paraId="5630AD66" w14:textId="77777777" w:rsidR="0066538B" w:rsidRDefault="0066538B"/>
        </w:tc>
        <w:tc>
          <w:tcPr>
            <w:tcW w:w="2877" w:type="dxa"/>
          </w:tcPr>
          <w:p w14:paraId="61829076" w14:textId="77777777" w:rsidR="0066538B" w:rsidRDefault="0066538B"/>
        </w:tc>
      </w:tr>
    </w:tbl>
    <w:p w14:paraId="105C1960" w14:textId="2A4E2845" w:rsidR="0066538B" w:rsidRDefault="00813C54">
      <w:pPr>
        <w:pStyle w:val="Heading1"/>
      </w:pPr>
      <w:r>
        <w:lastRenderedPageBreak/>
        <w:t xml:space="preserve">Publications/Audits </w:t>
      </w:r>
    </w:p>
    <w:tbl>
      <w:tblPr>
        <w:tblStyle w:val="TableGrid"/>
        <w:tblW w:w="8642" w:type="dxa"/>
        <w:tblLook w:val="04A0" w:firstRow="1" w:lastRow="0" w:firstColumn="1" w:lastColumn="0" w:noHBand="0" w:noVBand="1"/>
      </w:tblPr>
      <w:tblGrid>
        <w:gridCol w:w="2880"/>
        <w:gridCol w:w="1481"/>
        <w:gridCol w:w="1984"/>
        <w:gridCol w:w="2297"/>
      </w:tblGrid>
      <w:tr w:rsidR="00950E20" w14:paraId="11DFC77B" w14:textId="2146DF31" w:rsidTr="00953F81">
        <w:tc>
          <w:tcPr>
            <w:tcW w:w="2880" w:type="dxa"/>
          </w:tcPr>
          <w:p w14:paraId="3EE4AF95" w14:textId="1FCD7C1B" w:rsidR="00950E20" w:rsidRDefault="00950E20"/>
        </w:tc>
        <w:tc>
          <w:tcPr>
            <w:tcW w:w="1481" w:type="dxa"/>
          </w:tcPr>
          <w:p w14:paraId="57BA7D9E" w14:textId="0EDBC2D1" w:rsidR="00950E20" w:rsidRDefault="00950E20"/>
        </w:tc>
        <w:tc>
          <w:tcPr>
            <w:tcW w:w="1984" w:type="dxa"/>
          </w:tcPr>
          <w:p w14:paraId="491072FA" w14:textId="5FA317FA" w:rsidR="00950E20" w:rsidRDefault="00950E20"/>
        </w:tc>
        <w:tc>
          <w:tcPr>
            <w:tcW w:w="2297" w:type="dxa"/>
          </w:tcPr>
          <w:p w14:paraId="36ED110D" w14:textId="37AC14B4" w:rsidR="00950E20" w:rsidRDefault="00950E20"/>
        </w:tc>
      </w:tr>
      <w:tr w:rsidR="00950E20" w14:paraId="2BA226A1" w14:textId="3FB3E6AE" w:rsidTr="00953F81">
        <w:tc>
          <w:tcPr>
            <w:tcW w:w="2880" w:type="dxa"/>
          </w:tcPr>
          <w:p w14:paraId="17AD93B2" w14:textId="291EE9C8" w:rsidR="00950E20" w:rsidRPr="00950E20" w:rsidRDefault="00950E20">
            <w:pPr>
              <w:rPr>
                <w:b/>
                <w:bCs/>
              </w:rPr>
            </w:pPr>
          </w:p>
        </w:tc>
        <w:tc>
          <w:tcPr>
            <w:tcW w:w="1481" w:type="dxa"/>
          </w:tcPr>
          <w:p w14:paraId="0DE4B5B7" w14:textId="77777777" w:rsidR="00950E20" w:rsidRDefault="00950E20"/>
        </w:tc>
        <w:tc>
          <w:tcPr>
            <w:tcW w:w="1984" w:type="dxa"/>
          </w:tcPr>
          <w:p w14:paraId="66204FF1" w14:textId="77777777" w:rsidR="00950E20" w:rsidRDefault="00950E20"/>
        </w:tc>
        <w:tc>
          <w:tcPr>
            <w:tcW w:w="2297" w:type="dxa"/>
          </w:tcPr>
          <w:p w14:paraId="73A57B92" w14:textId="77777777" w:rsidR="00950E20" w:rsidRDefault="00950E20"/>
        </w:tc>
      </w:tr>
      <w:tr w:rsidR="00950E20" w14:paraId="2DBF0D7D" w14:textId="2E82927E" w:rsidTr="00953F81">
        <w:tc>
          <w:tcPr>
            <w:tcW w:w="2880" w:type="dxa"/>
          </w:tcPr>
          <w:p w14:paraId="6B62F1B3" w14:textId="21FB6C8F" w:rsidR="00950E20" w:rsidRPr="00950E20" w:rsidRDefault="00950E20">
            <w:pPr>
              <w:rPr>
                <w:b/>
                <w:bCs/>
              </w:rPr>
            </w:pPr>
          </w:p>
        </w:tc>
        <w:tc>
          <w:tcPr>
            <w:tcW w:w="1481" w:type="dxa"/>
          </w:tcPr>
          <w:p w14:paraId="02F2C34E" w14:textId="77777777" w:rsidR="00950E20" w:rsidRDefault="00950E20"/>
        </w:tc>
        <w:tc>
          <w:tcPr>
            <w:tcW w:w="1984" w:type="dxa"/>
          </w:tcPr>
          <w:p w14:paraId="680A4E5D" w14:textId="77777777" w:rsidR="00950E20" w:rsidRDefault="00950E20"/>
        </w:tc>
        <w:tc>
          <w:tcPr>
            <w:tcW w:w="2297" w:type="dxa"/>
          </w:tcPr>
          <w:p w14:paraId="623AA863" w14:textId="77777777" w:rsidR="00950E20" w:rsidRDefault="00950E20"/>
        </w:tc>
      </w:tr>
      <w:tr w:rsidR="00950E20" w14:paraId="19219836" w14:textId="7F5ADC24" w:rsidTr="00953F81">
        <w:tc>
          <w:tcPr>
            <w:tcW w:w="2880" w:type="dxa"/>
          </w:tcPr>
          <w:p w14:paraId="296FEF7D" w14:textId="458067B1" w:rsidR="00950E20" w:rsidRPr="00950E20" w:rsidRDefault="00950E20">
            <w:pPr>
              <w:rPr>
                <w:b/>
                <w:bCs/>
              </w:rPr>
            </w:pPr>
          </w:p>
        </w:tc>
        <w:tc>
          <w:tcPr>
            <w:tcW w:w="1481" w:type="dxa"/>
          </w:tcPr>
          <w:p w14:paraId="7194DBDC" w14:textId="77777777" w:rsidR="00950E20" w:rsidRDefault="00950E20"/>
        </w:tc>
        <w:tc>
          <w:tcPr>
            <w:tcW w:w="1984" w:type="dxa"/>
          </w:tcPr>
          <w:p w14:paraId="769D0D3C" w14:textId="77777777" w:rsidR="00950E20" w:rsidRDefault="00950E20"/>
        </w:tc>
        <w:tc>
          <w:tcPr>
            <w:tcW w:w="2297" w:type="dxa"/>
          </w:tcPr>
          <w:p w14:paraId="5BBC4CC9" w14:textId="77777777" w:rsidR="00950E20" w:rsidRDefault="00950E20"/>
        </w:tc>
      </w:tr>
      <w:tr w:rsidR="00950E20" w14:paraId="41E9A1F3" w14:textId="61DA90A9" w:rsidTr="00953F81">
        <w:tc>
          <w:tcPr>
            <w:tcW w:w="2880" w:type="dxa"/>
          </w:tcPr>
          <w:p w14:paraId="012DE77D" w14:textId="6A16BE8D" w:rsidR="00950E20" w:rsidRPr="00950E20" w:rsidRDefault="00950E20">
            <w:pPr>
              <w:rPr>
                <w:b/>
                <w:bCs/>
              </w:rPr>
            </w:pPr>
          </w:p>
        </w:tc>
        <w:tc>
          <w:tcPr>
            <w:tcW w:w="1481" w:type="dxa"/>
          </w:tcPr>
          <w:p w14:paraId="59166546" w14:textId="77777777" w:rsidR="00950E20" w:rsidRDefault="00950E20"/>
        </w:tc>
        <w:tc>
          <w:tcPr>
            <w:tcW w:w="1984" w:type="dxa"/>
          </w:tcPr>
          <w:p w14:paraId="4B38177B" w14:textId="77777777" w:rsidR="00950E20" w:rsidRDefault="00950E20"/>
        </w:tc>
        <w:tc>
          <w:tcPr>
            <w:tcW w:w="2297" w:type="dxa"/>
          </w:tcPr>
          <w:p w14:paraId="18EC94D7" w14:textId="77777777" w:rsidR="00950E20" w:rsidRDefault="00950E20"/>
        </w:tc>
      </w:tr>
      <w:tr w:rsidR="00950E20" w14:paraId="55C50585" w14:textId="4716AFBB" w:rsidTr="00953F81">
        <w:tc>
          <w:tcPr>
            <w:tcW w:w="2880" w:type="dxa"/>
          </w:tcPr>
          <w:p w14:paraId="48765653" w14:textId="05990B7B" w:rsidR="00950E20" w:rsidRPr="00950E20" w:rsidRDefault="00950E20">
            <w:pPr>
              <w:rPr>
                <w:b/>
                <w:bCs/>
              </w:rPr>
            </w:pPr>
          </w:p>
        </w:tc>
        <w:tc>
          <w:tcPr>
            <w:tcW w:w="1481" w:type="dxa"/>
          </w:tcPr>
          <w:p w14:paraId="7EDA87D7" w14:textId="77777777" w:rsidR="00950E20" w:rsidRDefault="00950E20"/>
        </w:tc>
        <w:tc>
          <w:tcPr>
            <w:tcW w:w="1984" w:type="dxa"/>
          </w:tcPr>
          <w:p w14:paraId="209A2D35" w14:textId="77777777" w:rsidR="00950E20" w:rsidRDefault="00950E20"/>
        </w:tc>
        <w:tc>
          <w:tcPr>
            <w:tcW w:w="2297" w:type="dxa"/>
          </w:tcPr>
          <w:p w14:paraId="4C60788B" w14:textId="77777777" w:rsidR="00950E20" w:rsidRDefault="00950E20"/>
        </w:tc>
      </w:tr>
      <w:tr w:rsidR="00813C54" w14:paraId="383DBD69" w14:textId="77777777" w:rsidTr="00953F81">
        <w:tc>
          <w:tcPr>
            <w:tcW w:w="2880" w:type="dxa"/>
          </w:tcPr>
          <w:p w14:paraId="0FA520FB" w14:textId="77777777" w:rsidR="00813C54" w:rsidRPr="00950E20" w:rsidRDefault="00813C54">
            <w:pPr>
              <w:rPr>
                <w:b/>
                <w:bCs/>
              </w:rPr>
            </w:pPr>
          </w:p>
        </w:tc>
        <w:tc>
          <w:tcPr>
            <w:tcW w:w="1481" w:type="dxa"/>
          </w:tcPr>
          <w:p w14:paraId="4CEEF8FA" w14:textId="77777777" w:rsidR="00813C54" w:rsidRDefault="00813C54"/>
        </w:tc>
        <w:tc>
          <w:tcPr>
            <w:tcW w:w="1984" w:type="dxa"/>
          </w:tcPr>
          <w:p w14:paraId="06D266B7" w14:textId="77777777" w:rsidR="00813C54" w:rsidRDefault="00813C54"/>
        </w:tc>
        <w:tc>
          <w:tcPr>
            <w:tcW w:w="2297" w:type="dxa"/>
          </w:tcPr>
          <w:p w14:paraId="50BB306E" w14:textId="77777777" w:rsidR="00813C54" w:rsidRDefault="00813C54"/>
        </w:tc>
      </w:tr>
    </w:tbl>
    <w:p w14:paraId="6F81E013" w14:textId="6381A15C" w:rsidR="00813C54" w:rsidRDefault="00813C54">
      <w:pPr>
        <w:pStyle w:val="Heading1"/>
      </w:pPr>
      <w:r>
        <w:t xml:space="preserve">What personal attributes and skills do you have to fulfil the duties and responsibilities for this post in psychiatry?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0"/>
      </w:tblGrid>
      <w:tr w:rsidR="00813C54" w14:paraId="4AEB81C1" w14:textId="77777777" w:rsidTr="00813C54">
        <w:tc>
          <w:tcPr>
            <w:tcW w:w="8630" w:type="dxa"/>
          </w:tcPr>
          <w:p w14:paraId="4A163EF6" w14:textId="567CDFB8" w:rsidR="00813C54" w:rsidRDefault="00813C54" w:rsidP="00813C54"/>
          <w:p w14:paraId="39B2A796" w14:textId="77777777" w:rsidR="00813C54" w:rsidRDefault="00813C54" w:rsidP="00813C54"/>
          <w:p w14:paraId="7FD4DE9C" w14:textId="77777777" w:rsidR="00813C54" w:rsidRDefault="00813C54" w:rsidP="00813C54"/>
          <w:p w14:paraId="04BEFBC9" w14:textId="77777777" w:rsidR="00813C54" w:rsidRDefault="00813C54" w:rsidP="00813C54"/>
          <w:p w14:paraId="528F5D25" w14:textId="77777777" w:rsidR="00813C54" w:rsidRDefault="00813C54" w:rsidP="00813C54"/>
          <w:p w14:paraId="3A702125" w14:textId="77777777" w:rsidR="00813C54" w:rsidRDefault="00813C54" w:rsidP="00813C54"/>
          <w:p w14:paraId="75EBCD29" w14:textId="77777777" w:rsidR="00813C54" w:rsidRDefault="00813C54" w:rsidP="00813C54"/>
          <w:p w14:paraId="66CF4489" w14:textId="77777777" w:rsidR="00813C54" w:rsidRDefault="00813C54" w:rsidP="00813C54"/>
          <w:p w14:paraId="67D0EE5B" w14:textId="77777777" w:rsidR="00813C54" w:rsidRDefault="00813C54" w:rsidP="00813C54"/>
          <w:p w14:paraId="387E21A4" w14:textId="77777777" w:rsidR="00813C54" w:rsidRDefault="00813C54" w:rsidP="00813C54"/>
          <w:p w14:paraId="1AB645AC" w14:textId="77777777" w:rsidR="00813C54" w:rsidRDefault="00813C54" w:rsidP="00813C54"/>
          <w:p w14:paraId="34094736" w14:textId="77777777" w:rsidR="00813C54" w:rsidRDefault="00813C54" w:rsidP="00813C54"/>
          <w:p w14:paraId="3A30F1D1" w14:textId="77777777" w:rsidR="00813C54" w:rsidRDefault="00813C54" w:rsidP="00813C54"/>
          <w:p w14:paraId="27F81FA3" w14:textId="77777777" w:rsidR="00813C54" w:rsidRDefault="00813C54" w:rsidP="00813C54"/>
          <w:p w14:paraId="4BE82CB2" w14:textId="77777777" w:rsidR="00813C54" w:rsidRDefault="00813C54" w:rsidP="00813C54"/>
          <w:p w14:paraId="2D45D39B" w14:textId="77777777" w:rsidR="00813C54" w:rsidRDefault="00813C54" w:rsidP="00813C54"/>
          <w:p w14:paraId="4E0C5A28" w14:textId="77777777" w:rsidR="00813C54" w:rsidRDefault="00813C54" w:rsidP="00813C54"/>
        </w:tc>
      </w:tr>
    </w:tbl>
    <w:p w14:paraId="221FA257" w14:textId="39830C3A" w:rsidR="00386A14" w:rsidRDefault="00386A14">
      <w:pPr>
        <w:pStyle w:val="Heading1"/>
      </w:pPr>
      <w:r>
        <w:t>Any other relevant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0"/>
      </w:tblGrid>
      <w:tr w:rsidR="00386A14" w14:paraId="7F897A68" w14:textId="77777777" w:rsidTr="00386A14">
        <w:tc>
          <w:tcPr>
            <w:tcW w:w="8630" w:type="dxa"/>
          </w:tcPr>
          <w:p w14:paraId="6ECA2BAF" w14:textId="77777777" w:rsidR="00386A14" w:rsidRDefault="00386A14" w:rsidP="00386A14"/>
          <w:p w14:paraId="1D7AE621" w14:textId="77777777" w:rsidR="00386A14" w:rsidRDefault="00386A14" w:rsidP="00386A14"/>
          <w:p w14:paraId="0D79E991" w14:textId="77777777" w:rsidR="00386A14" w:rsidRDefault="00386A14" w:rsidP="00386A14"/>
          <w:p w14:paraId="4E73B2EE" w14:textId="77777777" w:rsidR="00386A14" w:rsidRDefault="00386A14" w:rsidP="00386A14"/>
          <w:p w14:paraId="7E833DE6" w14:textId="77777777" w:rsidR="00386A14" w:rsidRDefault="00386A14" w:rsidP="00386A14"/>
          <w:p w14:paraId="42376EE2" w14:textId="77777777" w:rsidR="00386A14" w:rsidRDefault="00386A14" w:rsidP="00386A14"/>
          <w:p w14:paraId="6581EE8F" w14:textId="77777777" w:rsidR="00386A14" w:rsidRDefault="00386A14" w:rsidP="00386A14"/>
          <w:p w14:paraId="40558F5F" w14:textId="77777777" w:rsidR="00386A14" w:rsidRDefault="00386A14" w:rsidP="00386A14"/>
          <w:p w14:paraId="41CA0E0A" w14:textId="77777777" w:rsidR="00386A14" w:rsidRDefault="00386A14" w:rsidP="00386A14"/>
        </w:tc>
      </w:tr>
    </w:tbl>
    <w:p w14:paraId="00C672A1" w14:textId="77777777" w:rsidR="00386A14" w:rsidRPr="00386A14" w:rsidRDefault="00386A14" w:rsidP="00386A14"/>
    <w:p w14:paraId="4CCA658E" w14:textId="77777777" w:rsidR="00386A14" w:rsidRDefault="00386A14">
      <w:pPr>
        <w:pStyle w:val="Heading1"/>
      </w:pPr>
    </w:p>
    <w:p w14:paraId="071E4E01" w14:textId="32A3B102" w:rsidR="0066538B" w:rsidRDefault="00862A7A">
      <w:pPr>
        <w:pStyle w:val="Heading1"/>
      </w:pPr>
      <w:r>
        <w:t>References</w:t>
      </w:r>
    </w:p>
    <w:p w14:paraId="3DD1E0DE" w14:textId="77777777" w:rsidR="0066538B" w:rsidRDefault="00862A7A">
      <w:r>
        <w:t>Reference 1 - Name: __________________ Position: __________________</w:t>
      </w:r>
    </w:p>
    <w:p w14:paraId="10E80FB4" w14:textId="77777777" w:rsidR="0066538B" w:rsidRDefault="00862A7A">
      <w:r>
        <w:t>Organisation: __________________ Email: __________________ Phone: __________________</w:t>
      </w:r>
    </w:p>
    <w:p w14:paraId="069D1E37" w14:textId="77777777" w:rsidR="0066538B" w:rsidRDefault="00862A7A">
      <w:r>
        <w:t>Reference 2 - Name: __________________ Position: __________________</w:t>
      </w:r>
    </w:p>
    <w:p w14:paraId="46CD1F08" w14:textId="77777777" w:rsidR="0066538B" w:rsidRDefault="00862A7A">
      <w:r>
        <w:t>Organisation: __________________ Email: __________________ Phone: __________________</w:t>
      </w:r>
    </w:p>
    <w:p w14:paraId="5BAB57B8" w14:textId="77777777" w:rsidR="0066538B" w:rsidRDefault="00862A7A">
      <w:pPr>
        <w:pStyle w:val="Heading1"/>
      </w:pPr>
      <w:r>
        <w:t>Declaration</w:t>
      </w:r>
    </w:p>
    <w:p w14:paraId="3D90DACD" w14:textId="6E4BB1CA" w:rsidR="0066538B" w:rsidRDefault="47DFBF17">
      <w:r>
        <w:t>Applicant Signature: __________________</w:t>
      </w:r>
      <w:r w:rsidR="009435DB">
        <w:t>____________________</w:t>
      </w:r>
      <w:r>
        <w:t>Date: _________________</w:t>
      </w:r>
    </w:p>
    <w:p w14:paraId="722455C2" w14:textId="04CC03E4" w:rsidR="00813C54" w:rsidRDefault="00813C54">
      <w:r>
        <w:t>(</w:t>
      </w:r>
      <w:r w:rsidRPr="00813C54">
        <w:rPr>
          <w:b/>
          <w:bCs/>
        </w:rPr>
        <w:t>must not be typed signature</w:t>
      </w:r>
      <w:r>
        <w:t>)</w:t>
      </w:r>
    </w:p>
    <w:p w14:paraId="5196D8C1" w14:textId="2A43FC7D" w:rsidR="0066538B" w:rsidRPr="00F51C88" w:rsidRDefault="00F51C88" w:rsidP="009435DB">
      <w:pPr>
        <w:jc w:val="center"/>
        <w:rPr>
          <w:b/>
          <w:bCs/>
        </w:rPr>
      </w:pPr>
      <w:r w:rsidRPr="00F51C88">
        <w:rPr>
          <w:b/>
          <w:bCs/>
        </w:rPr>
        <w:t>*** application form must be completed fully*****</w:t>
      </w:r>
    </w:p>
    <w:p w14:paraId="56E76CB8" w14:textId="0677B6F3" w:rsidR="0066538B" w:rsidRDefault="0066538B"/>
    <w:sectPr w:rsidR="0066538B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82586262">
    <w:abstractNumId w:val="8"/>
  </w:num>
  <w:num w:numId="2" w16cid:durableId="397898999">
    <w:abstractNumId w:val="6"/>
  </w:num>
  <w:num w:numId="3" w16cid:durableId="1401755678">
    <w:abstractNumId w:val="5"/>
  </w:num>
  <w:num w:numId="4" w16cid:durableId="876509816">
    <w:abstractNumId w:val="4"/>
  </w:num>
  <w:num w:numId="5" w16cid:durableId="1552615484">
    <w:abstractNumId w:val="7"/>
  </w:num>
  <w:num w:numId="6" w16cid:durableId="263342913">
    <w:abstractNumId w:val="3"/>
  </w:num>
  <w:num w:numId="7" w16cid:durableId="868105043">
    <w:abstractNumId w:val="2"/>
  </w:num>
  <w:num w:numId="8" w16cid:durableId="1278364910">
    <w:abstractNumId w:val="1"/>
  </w:num>
  <w:num w:numId="9" w16cid:durableId="15932027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A022B"/>
    <w:rsid w:val="00326F90"/>
    <w:rsid w:val="00386A14"/>
    <w:rsid w:val="004230D8"/>
    <w:rsid w:val="006630DA"/>
    <w:rsid w:val="0066538B"/>
    <w:rsid w:val="00813C54"/>
    <w:rsid w:val="009435DB"/>
    <w:rsid w:val="00950E20"/>
    <w:rsid w:val="00953F81"/>
    <w:rsid w:val="00AA1D8D"/>
    <w:rsid w:val="00B30DB6"/>
    <w:rsid w:val="00B47730"/>
    <w:rsid w:val="00CA4444"/>
    <w:rsid w:val="00CB0664"/>
    <w:rsid w:val="00E241BE"/>
    <w:rsid w:val="00F51C88"/>
    <w:rsid w:val="00FC693F"/>
    <w:rsid w:val="00FE14A1"/>
    <w:rsid w:val="0C088ECA"/>
    <w:rsid w:val="0FA839BE"/>
    <w:rsid w:val="19D718E1"/>
    <w:rsid w:val="1E614D2A"/>
    <w:rsid w:val="33B53705"/>
    <w:rsid w:val="3AAA2583"/>
    <w:rsid w:val="4351C07D"/>
    <w:rsid w:val="448F94AC"/>
    <w:rsid w:val="4574511C"/>
    <w:rsid w:val="47DFBF17"/>
    <w:rsid w:val="50EC2ADA"/>
    <w:rsid w:val="5A17E511"/>
    <w:rsid w:val="61B05590"/>
    <w:rsid w:val="653A1861"/>
    <w:rsid w:val="781A9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4AD6936F-0F32-4959-9342-0A1554344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2854</TotalTime>
  <Pages>4</Pages>
  <Words>297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Molloy</dc:creator>
  <cp:keywords/>
  <dc:description>generated by python-docx</dc:description>
  <cp:lastModifiedBy>Alison Molloy</cp:lastModifiedBy>
  <cp:revision>9</cp:revision>
  <cp:lastPrinted>2026-09-15T09:10:00Z</cp:lastPrinted>
  <dcterms:created xsi:type="dcterms:W3CDTF">2026-09-04T11:39:00Z</dcterms:created>
  <dcterms:modified xsi:type="dcterms:W3CDTF">2026-09-16T11:16:00Z</dcterms:modified>
  <cp:category/>
</cp:coreProperties>
</file>